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מחשבות ורגשות בכתיבה קצרה וממוקדת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אוצר מילים ומודעות לשונית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של אחריות אישית וחשיבה אזרחית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לרפלקציה עצמית על תהליך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חוסן אישי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היכולת להתמודד עם קושי ולהתאושש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נותן כוח, מה מקשה ומה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תמיכה ממשפחה או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חוסן אישי – זיהוי קשיים ודרכי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חוסן הוא היכולת להתמודד עם קושי ולהתאושש ממנו, ולא העדר קושי.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לכל אחד ואחת יכולים להיות מקורות כוח אישיים משלהם, כמו תחביב, משפחה או חברים.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חוסן אישי – יישום בדוגמאות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חבר, חברה או מבוגר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חוסן אישי – התאמה בין קושי לדרך התמודדות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(לתכנן ללמוד אחרת בפעם הבאה)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(לדבר ולהקשיב גם לצד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(לנשום עמוק ולהתכונן מראש)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(לפנות למישהו קרוב ולשתף)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בחירות ואחריות ציבורית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לייצג את דעות ורצונות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יכולת להקשיב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בחירות ואחריות ציבורית – הבנה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נציג/ה אמור/ה לייצג את כל הכיתה, לא רק קבוצה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אחריות ציבורית קשורה לדאגה לקבוצה כולה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בחירות ואחריות ציבורית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בחירות ואחריות ציבורית – התאמת 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(דואג/ת לבצע את מה שהבטיח/ה)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(שומע/ת את דעות אחרים לפני החלטה)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(מתייחס/ת לכולם באופן 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(מציע/ה פתרונות בעצמו/ה)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(עומד/ת מאחורי מה שאומר/ת)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אחריות אישית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אחריות אישית היא להודות בטעות שלי ולא להעביר את האשמה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החלק המרכזי בלקיחת אחריות - הודאה ותיקון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אחריות נוגעת גם ליחסים עם חברים, לסביבה הכיתתית ולהתנהגות יומיומית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גם פעולות קטנות ויומיומיות הן ביטוי לאחריות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אחריות אישית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מודיע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אחריות אישית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המתאר מצב קונקרטי בו התלמיד/ה בוחר/ת לקחת אחריות, למשל הודאה בטעות או עמידה בהתחייבות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עם שתי אפשרויות התנהגות ברורות, והסבר מה ההבדל ביניהן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שמתייחס לבניית אמון, הרגל והתנהגות עקבית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שתי דוגמאות קונקרטיות ומציאותיות מחיי היומיום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מילה של היום (לשון)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מילים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דבר שקופץ לי לראש כשחושבים על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שהמילה תשתלב בצורה נכונה ומובנת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כתיבה, מכתב, 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מילה של היום (לשון)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 ספר / מכללה / לימודים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מילה של היום (לשון)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(שמחה, משמח, שימח)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(כתיבה, מכתב, כתוב)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(לימוד, תלמיד, מלומד)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(חברות, התחבר, חברה)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מילה של היום (לשון)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אסוציאציה היא קישור חופשי של רעיון, לא בהכרח מאותו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רואים שהמילה נלמדה ולא רק הועתקה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חולקות שורש אך יכולות להיות בצורות שונות (שם עצם, פועל, 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מילה חדשה (עולים ושפה) – הכרת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המילה, בשפה שלי, 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לזכור את המילה בהקשר ולדעת להשתמש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מילה חדשה (עולים ושפה) – התאמה ומילוי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בתבנית יש גם מקום לכתוב את המילה בשפה של העולה/ה, כדי לחבר בין השפות.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מטרת התבנית - קליטת שפה דרך דוגמה אישית.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מילה חדשה (עולים ושפה) – התאמת מילים נפוצות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(כלי תחבורה ציבורי)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(חדר שבו לומדים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(האדם שמלמד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(מישהו שאוהבים ומבלים איתו)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מילה חדשה (עולים ושפה)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משוב ורפלקציה – מה זה פתק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בסוף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לא ברור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לתת משוב על 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רלוונטיות עם הסבר קצר ומשפט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ברור הממחיש מצב של אחריות אישית מחיי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קושי אמיתי ודרך התמודדות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חוסן ואחריות, לשון ושפה, משוב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משפטי פתיחה מוכנים להשלמה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שתי דוגמאות לכל סעיף במקום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כל פרק אפשר לקיים שיתוף קצר בכיתה בעל פה, בדומה לדיון סביב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תמצאו משימות קצרות הדומות לפתקים שכותבים בלוח הכיתתי. כתבו במשפטים קצרים וברורים, ואפשר להשוות תשובות עם בני/בנות זוג.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חוסן אישי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חוסן אישי?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להתמודד עם קושי ולהתאושש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תמיד שמח ולא לחוות קשיים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מכל בעיה שמופיעה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להיות הכי חזק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בתבנית "חוסן" בלוח השיתופי, התלמידים מתבקשים לכתוב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נותן כוח, מה מקשה ומה 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על ההישגים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בעיות שיש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שהמורה אוהבת לשמוע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דוגמה למקור כוח יכולה להיות: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תמיכה ממשפחה או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הסתרת הרגשות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ויתור מראש על 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התעלמות מהבעיה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חוסן אישי – זיהוי קשיים ודרכי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אישי פירושו שלעולם לא מרגישים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מקורות הכוח יכולים להיות שונים מאדם לאדם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חוסן אישי – יישום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כשיש לי קושי, לפעמים עוזר לי לדבר עם __________ שאני סומך/ת עליו/ה.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תחביב כמו ספורט או מוזיקה יכול לתת לי __________ בזמנים קשים.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חוסן אישי – התאמה בין קושי לדרך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כישלון במבחן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לדבר ולהקשיב גם לצד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 עם חבר או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לתכנן ללמוד אחרת בפעם הבאה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לחץ לפני הצגה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לפנות למישהו קרוב ולשתף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תחושת בדידות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לנשום עמוק ולהתכונן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בחירות ואחריות ציבורית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נציג/ה כיתתי/ת?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לייצג את דעות ורצונות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ציונים גבוהים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לקבוע את מערכת השעות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תכונה חשובה במיוחד לנציג/ה כיתתי/ת?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יכולת להקשיב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הכי חזק/ה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הכי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מבעיות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בחירות ואחריות ציבורית – הבנה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נציג/ה כיתתי/ת צריך/ה לדאוג רק לחברים הכי קרובים שלו/ה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ציבורית פירושה לדאוג לטובת הכלל ולא רק לעצמי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בחירות ואחריות ציבורית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נציג/ה כיתתי/ת צריך/ה להקשיב ל__________ של בני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לוקח/ת אחריות כש__________ עוזר/ת לפתור בעיה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בחירות ואחריות ציבורית – התאמת 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עומד/ת מאחורי מה שאומר/ת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מציע/ה פתרונות בעצמו/ה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שומע/ת את דעות אחרים לפני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מתייחס/ת לכולם באופן 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דואג/ת לבצע את מה שהבטיח/ה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אחריות אישית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אישית פירושה להאשים אחרים כשמשהו משתבש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כשתלמיד/ה לוקח/ת אחריות הוא/היא מודה בטעות ומנסה לתקן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אישית קשורה רק למטלות ולציונים בבית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לקחת אחריות גם על דברים קטנים, כמו לשמור על הכיתה נקייה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אחריות אישית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כשתלמיד שבר משהו בכיתה וסיפר על כך למורה, הוא הפגין __________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לקיחת אחריות כוללת הודאה בטעות ו__________ לתקן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כשעבודה קבוצתית לא הושלמה בזמן, תלמיד אחראי __________ למורה במקום להסתיר את 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תלמיד שממונה על תפקיד כיתתי כמו תורן, דואג שה__________ יתבצע כמו שצריך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אחריות אישית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המשלים: אני לוקח/ת אחריות כש...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כיתתי שבו תלמיד יכול לבחור בין לקיחת אחריות לבין הטלת אשמה על מישהו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חשוב לקחת אחריות גם על טעויות קטנות ולא רק על טעויות גדולות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שתי דוגמאות לאחריות אישית מחיי הכיתה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מילה של היום (לשון)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"משפחת מילים"?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מאותו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מחורזות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באותה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נרדפות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"אסוציאציה" למילה?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תרגום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שקופץ לי לראש כשחושבים על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הפכה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הברה 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כדי לכתוב משפט עם מילה נתונה, מה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שהמשפט יהיה ארוך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שהמילה תשתלב בצורה נכונה ומובנת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שלא יהיה בו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שהמשפט יחרוז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משפחת מילים נכונה לשורש כ.ת.ב?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כתיבה, מכתב,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ספר, עיפרון, 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קורא, קריאה,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שולחן, כיסא, לוח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מילה של היום (לשון)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מהשורש ל.מ.ד אפשר ליצור את המילה __________ (מקום שבו לומדים)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 משפט עם המילה "שמחה": בחגיגת יום ההולדת שררה __________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ממשפחת המילים של "כתב": מ__________ (דבר שכותבים ושולחים)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מילה של היום (לשון)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כתיבה, מכתב, כתוב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חברות, התחבר, 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שמחה, משמח, שימח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לימוד, תלמיד, מלומד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מילה של היום (לשון)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אסוציאציה חייבת להיות מילה מאותו שורש של המילה הנתונה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לדוגמה צריך להראות שמבינים את משמעות המילה בהקשר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במשפחת מילים חייבות להיכתב באותה צורה דקדוקית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מילה חדשה (עולים ושפה) – הכרת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בתבנית 'מילה חדשה' בלוח השיתופי, אילו שלושה חלקים מופיעים בפתק?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המילה, בשפה שלי, 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המילה, חרוז,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תרגום, הגדרה מהמילון,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אות, ניקוד,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כדאי לכתוב משפט קצר עם המילה החדשה ולא רק לתרגם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לזכור את המילה בהקשר ולדעת להשתמש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למלא מקום בפתק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להקשות על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להחליף את התרגום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מילה חדשה (עולים ושפה) – התאמה ומילוי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בתבנית מבקשים לכתוב את המילה החדשה בעברית בלבד, בלי לציין אותה בשפה של העולה/ה.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התרגיל היא לעזור לתלמידים עולים לקלוט מילים חדשות בעברית ולהשתמש בהן במשפט.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מילה חדשה (עולים ושפה) – התאמת מילים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אוטובוס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חדר שבו לומדים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מישהו שאוהבים ומבלים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מורה/ה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תחבורה ציבורי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האדם שמלמד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מילה חדשה (עולים ושפה)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שלומדים מילה חדשה, כדאי לכתוב איתה __________ קצר כדי לזכור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כשעולים חדשים לומדים מילה בעברית, כדאי לכתוב אותה גם ב__________ שלהם כדי להבין את המשמעות.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משוב ורפלקציה – מה זה פתק יציאה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פתק יציאה הוא פתק שכותבים: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בתחילת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בסוף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חלקים עיקריים יש בפתק יציאה לפי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אחד מהחלקים בפתק יציאה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אכלתי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לא ברור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אני יושב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מטרת פתק היציאה היא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משוב על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מילים חדשות למדתי בפרק הלשון והעולים?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המשפט שהכי מייצג אותי בנושא אחריות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קושי בתרגול הזה גרם לי להתאמץ, ואיך התמודדתי?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שיתופי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