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שיתופי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מחשבות ורגשות בכתיבה קצרה וממוקדת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אוצר מילים ומודעות לשונית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של אחריות אישית וחשיבה אזרחית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להתרגל לרפלקציה עצמית על תהליך 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חוסן אישי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היכולת להתמודד עם קושי ולהתאושש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 נותן כוח, מה מקשה ומה עוזר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חוסן אישי – זיהוי קשיים ודרכי התמודדות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חוסן הוא היכולת להתמודד עם קושי ולהתאושש ממנו, ולא העדר קושי.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לכל אחד ואחת יכולים להיות מקורות כוח אישיים משלהם, כמו תחביב, משפחה או חברים.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חוסן אישי – יישום בדוגמאות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חבר, חברה או מבוגר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חוסן אישי – התאמה בין קושי לדרך התמודדות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(לתכנן ללמוד אחרת בפעם הבאה)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(לדבר ולהקשיב גם לצד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(לנשום עמוק ולהתכונן מראש)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(לפנות למישהו קרוב ולשתף)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בחירות ואחריות ציבורית – הכרות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לייצג את דעות ורצונות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יכולת להקשיב לאחרים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בחירות ואחריות ציבורית – הבנה ויסודות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נציג/ה אמור/ה לייצג את כל הכיתה, לא רק קבוצה מסוימת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אחריות ציבורית קשורה לדאגה לקבוצה כולה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בחירות ואחריות ציבורית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בחירות ואחריות ציבורית – התאמת תכונות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(דואג/ת לבצע את מה שהבטיח/ה)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(שומע/ת את דעות אחרים לפני החלטה)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(מתייחס/ת לכולם באופן שווה)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(מציע/ה פתרונות בעצמו/ה)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אחריות אישית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אחריות אישית היא להודות בטעות שלי ולא להעביר את האשמה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החלק המרכזי בלקיחת אחריות - הודאה ותיקון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אחריות נוגעת גם ליחסים עם חברים, לסביבה הכיתתית ולהתנהגות יומיומית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אחריות אישית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ניסיון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אחריות אישית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אישי המתאר מצב קונקרטי בו התלמיד/ה בוחר/ת לקחת אחריות, למשל הודאה בטעות או עמידה בהתחייבות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מילה של היום (לשון)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מילים מאותו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דבר שקופץ לי לראש כשחושבים על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שהמילה תשתלב בצורה נכונה ומובנת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מילה של היום (לשון)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 ספר / מכללה / 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מילה של היום (לשון)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(שמחה, משמח, שימח)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(כתיבה, מכתב, כתוב)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(לימוד, תלמיד, מלומד)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(חברות, התחבר, חברה)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מילה של היום (לשון)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אסוציאציה היא קישור חופשי של רעיון, לא בהכרח מאותו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רואים שהמילה נלמדה ולא רק הועתקה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מילה חדשה (עולים ושפה) – הכרת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המילה, בשפה שלי, משפט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מילה חדשה (עולים ושפה) – התאמה ומילוי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בתבנית יש גם מקום לכתוב את המילה בשפה של העולה/ה, כדי לחבר בין השפות.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מטרת התבנית - קליטת שפה דרך דוגמה אישית.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מילה חדשה (עולים ושפה) – התאמת מילים נפוצות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(כלי תחבורה ציבורי)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(חדר שבו לומדים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(האדם שמלמד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(מישהו שאוהבים ומבלים איתו)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מילה חדשה (עולים ושפה)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משוב ורפלקציה – מה זה פתק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בסוף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 לא ברור 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מילים רלוונטיות עם הסבר קצר ומשפט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ברור הממחיש מצב של אחריות אישית מחיי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קושי אמיתי ודרך התמודדות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מפגשים: חוסן ואחריות, לשון ושפה, משוב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משפטי פתיחה מוכנים להשלמה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לבקש לכתוב שתי דוגמאות לכל סעיף במקום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כל פרק אפשר לקיים שיתוף קצר בכיתה בעל פה, בדומה לדיון סביב הלוח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שיתופי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פרק תמצאו משימות קצרות הדומות לפתקים שכותבים בלוח הכיתתי. כתבו במשפטים קצרים וברורים, ואפשר להשוות תשובות עם בני/בנות זוג.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בית ספר / מכללה / לימודים  ·  אני  ·  כוח  ·  שמחה  ·  אחריות  ·  צרכים  ·  חבר, חברה או מבוגר קרוב  ·  ניסיון  ·  משפט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חוסן אישי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חוסן 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היכולת להתמודד עם קושי ולהתאושש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להיות תמיד שמח ולא לחוות קשיים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להתעלם מכל בעיה שמופיעה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בתבנית "חוסן" בלוח השיתופי, התלמידים מתבקשים לכתוב על: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 נותן כוח, מה מקשה ומה עוזר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על ההישגים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על בעיות שיש להם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חוסן אישי – זיהוי קשיים ודרכי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חוסן אישי פירושו שלעולם לא מרגישים קושי.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מקורות הכוח יכולים להיות שונים מאדם לאדם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חוסן אישי – יישום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כשיש לי קושי, לפעמים עוזר לי לדבר עם __________ שאני סומך/ת עליו/ה.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תחביב כמו ספורט או מוזיקה יכול לתת לי __________ בזמנים קשים.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חוסן אישי – התאמה בין קושי לדרך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כישלון במבחן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לפנות למישהו קרוב ולשתף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ריב עם חבר או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לתכנן ללמוד אחרת בפעם הבאה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לחץ לפני הצגה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לדבר ולהקשיב גם לצד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תחושת בדידות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לנשום עמוק ולהתכונן מראש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בחירות ואחריות ציבורית – הכרות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נציג/ה כיתתי/ת?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לייצג את דעות ורצונות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לקבל ציונים גבוהים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לקבוע את מערכת השעות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תכונה חשובה במיוחד לנציג/ה כיתתי/ת?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יכולת להקשיב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להיות הכי חזק/ה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לדבר הכי הרבה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בחירות ואחריות ציבורית – הבנה ויסודות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נציג/ה כיתתי/ת צריך/ה לדאוג רק לחברים הכי קרובים שלו/ה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אחריות ציבורית פירושה לדאוג לטובת הכלל ולא רק לעצמי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בחירות ואחריות ציבורית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נציג/ה כיתתי/ת צריך/ה להקשיב ל__________ של בני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אני לוקח/ת אחריות כש__________ עוזר/ת לפתור בעיה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בחירות ואחריות ציבורית – התאמת תכונות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מציע/ה פתרונות בעצמו/ה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מתייחס/ת לכולם באופן שווה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הוגנות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שומע/ת את דעות אחרים לפני החלטה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יוזמה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דואג/ת לבצע את מה שהבטיח/ה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אחריות אישית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אחריות אישית פירושה להאשים אחרים כשמשהו משתבש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כשתלמיד/ה לוקח/ת אחריות הוא/היא מודה בטעות ומנסה לתקן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אחריות אישית קשורה רק למטלות ולציונים בבית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אחריות אישית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כשתלמיד שבר משהו בכיתה וסיפר על כך למורה, הוא הפגין __________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לקיחת אחריות כוללת הודאה בטעות ו__________ לתקן אותה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אחריות אישית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המשלים: אני לוקח/ת אחריות כש...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מילה של היום (לשון)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"משפחת מילים"?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מילים מאותו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מילים מחורזות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מילים באותה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"אסוציאציה" למילה?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תרגום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דבר שקופץ לי לראש כשחושבים על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הפכה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כדי לכתוב משפט עם מילה נתונה, מה חשוב?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שהמשפט יהיה ארוך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שהמילה תשתלב בצורה נכונה ומובנת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שלא יהיה בו פועל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מילה של היום (לשון)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מהשורש ל.מ.ד אפשר ליצור את המילה __________ (מקום שבו לומדים)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השלימו משפט עם המילה "שמחה": בחגיגת יום ההולדת שררה __________ גדולה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מילה של היום (לשון)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לימוד, תלמיד, מלומד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חברות, התחבר, חברה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כתיבה, מכתב, כתוב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שמחה, משמח, שימח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מילה של היום (לשון)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אסוציאציה חייבת להיות מילה מאותו שורש של המילה הנתונה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לדוגמה צריך להראות שמבינים את משמעות המילה בהקשר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מילה חדשה (עולים ושפה) – הכרת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בתבנית 'מילה חדשה' בלוח השיתופי, אילו שלושה חלקים מופיעים בפתק?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המילה, בשפה שלי, משפט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המילה, חרוז,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תרגום, הגדרה מהמילון, שורש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מילה חדשה (עולים ושפה) – התאמה ומילוי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בתבנית מבקשים לכתוב את המילה החדשה בעברית בלבד, בלי לציין אותה בשפה של העולה/ה.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מטרת התרגיל היא לעזור לתלמידים עולים לקלוט מילים חדשות בעברית ולהשתמש בהן במשפט.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מילה חדשה (עולים ושפה) – התאמת מילים נפוצות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אוטובוס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מישהו שאוהבים ומבלים איתו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כלי תחבורה ציבורי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מורה/ה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חדר שבו לומדים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חבר/ה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האדם שמלמד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מילה חדשה (עולים ושפה)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אחרי שלומדים מילה חדשה, כדאי לכתוב איתה __________ קצר כדי לזכור אותה.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משוב ורפלקציה – מה זה פתק יציאה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פתק יציאה הוא פתק שכותבים: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בתחילת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באמצע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בסוף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חלקים עיקריים יש בפתק יציאה לפי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אחד מהחלקים בפתק יציאה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 אכלתי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לא ברור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 שם המורה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שתי מילים חדשות למדתי בפרק הלשון והעולים?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המשפט שהכי מייצג אותי בנושא אחריות אישית?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 שיתופי 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